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דילמה ולמה אין בה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מתנגשות ולתרגל נימוק של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וכבוד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שקשה להחליט בו כי יש שתי אפשרויות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בגלל פציעות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נכונה, יש כמה דעות 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הקשבה היא חלק חשוב מהדיון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פציעות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(ילדים רוצים זמן חופשי ומשחק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(להימנע מפציעות ומסכנות)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(מצב שקשה להחליט בו, יש שתי אפשרויות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(פתרון שמשלב קצת מכל צד)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הכדורגל חשוב לבריאות ולכיף של הילדים, ואפשר להקטין סיכונים בלי לאסור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פתרון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פתוחה, יש לבדוק שהפתרון מתייחס לשתי הזכויות ומנומק באופן הגיוני, למשל: אזור משחק מסומן, כדור רך, זמן מוגבל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ללא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הזכות לביטחון כזכות המתנגשת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שהקשבה מאפשרת למצוא פתרונות טובים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לפני המילוי ולתת לתלמידים להביע דעה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 בחלק מהשאלות, במיוחד בחלק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ולבקש מכל קבוצה להציג פתרון שונה למועצת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קלפי דילמה שבהם שתי זכויות מתנגשות, כמו הזכות לשחק מול הזכות לביטחון. בדילמה אין תשובה אחת נכונה, וחשוב להקשיב, לנמק ולכבד דעות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פציעות  ·  נכונה  ·  כדורגל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שיש בו תשובה אחת נכונה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שקשה להחליט בו כי יש שתי אפשרויות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בקלף הדילמה על הכדורגל, איזו זכות עומדת מול הזכות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בית הספר שוקל לאסור כדורגל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מקום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יותר מדי שחקנים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בגלל פציעות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בדיון על דילמה חשוב להקשיב לכל הדעות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בדילמה אין תשובה אחת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הנהלת בית הספר שוקלת לאסור __________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הסיבה לשקול את האיסור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להימנע מפציעות ומסכנות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מצב שקשה להחליט בו, יש שתי אפשרויות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פתרון שמשלב קצת מכל 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ילדים רוצים זמן חופשי ומשחק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טיעון אחד בעד המשך משחק הכדורגל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פתרון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במועצת התלמידים. הציעו פתרון שמאזן בין הזכות לשחק לזכות לביטחון, ונמקו למה הפתרון שלכם טוב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דילמה,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זכות מתנגשת עם הזכות לשחק במקרה של הכדורגל?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